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0DA2" w14:textId="77777777" w:rsidR="0026048A" w:rsidRDefault="00000000">
      <w:pPr>
        <w:jc w:val="center"/>
      </w:pPr>
      <w:r>
        <w:rPr>
          <w:b/>
          <w:sz w:val="32"/>
        </w:rPr>
        <w:t>JÍDELNÍČEK</w:t>
      </w:r>
    </w:p>
    <w:p w14:paraId="1B8ECA68" w14:textId="77777777" w:rsidR="0026048A" w:rsidRDefault="00000000">
      <w:pPr>
        <w:jc w:val="center"/>
      </w:pPr>
      <w:r>
        <w:rPr>
          <w:b/>
          <w:sz w:val="24"/>
        </w:rPr>
        <w:t>24. 8. – 28. 8. 2026</w:t>
      </w:r>
    </w:p>
    <w:p w14:paraId="4FF7C75B" w14:textId="77777777" w:rsidR="0026048A" w:rsidRDefault="00000000">
      <w:pPr>
        <w:spacing w:before="100" w:after="20"/>
      </w:pPr>
      <w:r>
        <w:rPr>
          <w:b/>
          <w:sz w:val="23"/>
        </w:rPr>
        <w:t>PONDĚLÍ 24. 8.</w:t>
      </w:r>
    </w:p>
    <w:p w14:paraId="6FA7C426" w14:textId="77777777" w:rsidR="0026048A" w:rsidRDefault="00000000">
      <w:pPr>
        <w:spacing w:after="0" w:line="240" w:lineRule="auto"/>
        <w:ind w:left="227"/>
      </w:pPr>
      <w:r>
        <w:rPr>
          <w:b/>
        </w:rPr>
        <w:t>Přesnídávka:</w:t>
      </w:r>
      <w:r>
        <w:t xml:space="preserve"> Chléb s máslem a sýrem, paprika, mléko (1, 7)</w:t>
      </w:r>
    </w:p>
    <w:p w14:paraId="121CDAB2" w14:textId="77777777" w:rsidR="0026048A" w:rsidRDefault="00000000">
      <w:pPr>
        <w:spacing w:after="0" w:line="240" w:lineRule="auto"/>
        <w:ind w:left="227"/>
      </w:pPr>
      <w:r>
        <w:rPr>
          <w:b/>
        </w:rPr>
        <w:t>Polévka:</w:t>
      </w:r>
      <w:r>
        <w:t xml:space="preserve"> Zeleninová polévka s těstovinou (1, 9)</w:t>
      </w:r>
    </w:p>
    <w:p w14:paraId="77FE9FEC" w14:textId="77777777" w:rsidR="0026048A" w:rsidRDefault="00000000">
      <w:pPr>
        <w:spacing w:after="0" w:line="240" w:lineRule="auto"/>
        <w:ind w:left="227"/>
      </w:pPr>
      <w:r>
        <w:rPr>
          <w:b/>
        </w:rPr>
        <w:t>Oběd:</w:t>
      </w:r>
      <w:r>
        <w:t xml:space="preserve"> Boloňské špagety se sýrem (1, 7, 9)</w:t>
      </w:r>
    </w:p>
    <w:p w14:paraId="7E4A28F3" w14:textId="77777777" w:rsidR="0026048A" w:rsidRDefault="00000000">
      <w:pPr>
        <w:spacing w:after="0" w:line="240" w:lineRule="auto"/>
        <w:ind w:left="227"/>
      </w:pPr>
      <w:r>
        <w:rPr>
          <w:b/>
        </w:rPr>
        <w:t>Svačina:</w:t>
      </w:r>
      <w:r>
        <w:t xml:space="preserve"> Bílý jogurt s ovocem (7)</w:t>
      </w:r>
    </w:p>
    <w:p w14:paraId="7E11FB2B" w14:textId="77777777" w:rsidR="0026048A" w:rsidRDefault="00000000">
      <w:pPr>
        <w:spacing w:before="100" w:after="20"/>
      </w:pPr>
      <w:r>
        <w:rPr>
          <w:b/>
          <w:sz w:val="23"/>
        </w:rPr>
        <w:t>ÚTERÝ 25. 8.</w:t>
      </w:r>
    </w:p>
    <w:p w14:paraId="12DD9B6F" w14:textId="77777777" w:rsidR="0026048A" w:rsidRDefault="00000000">
      <w:pPr>
        <w:spacing w:after="0" w:line="240" w:lineRule="auto"/>
        <w:ind w:left="227"/>
      </w:pPr>
      <w:r>
        <w:rPr>
          <w:b/>
        </w:rPr>
        <w:t>Přesnídávka:</w:t>
      </w:r>
      <w:r>
        <w:t xml:space="preserve"> Rohlík s tvarohovou pomazánkou, okurka, čaj (1, 7)</w:t>
      </w:r>
    </w:p>
    <w:p w14:paraId="5AA099B6" w14:textId="77777777" w:rsidR="0026048A" w:rsidRDefault="00000000">
      <w:pPr>
        <w:spacing w:after="0" w:line="240" w:lineRule="auto"/>
        <w:ind w:left="227"/>
      </w:pPr>
      <w:r>
        <w:rPr>
          <w:b/>
        </w:rPr>
        <w:t>Polévka:</w:t>
      </w:r>
      <w:r>
        <w:t xml:space="preserve"> Kuřecí vývar se zeleninou a nudlemi (1, 3, 9)</w:t>
      </w:r>
    </w:p>
    <w:p w14:paraId="5E35B149" w14:textId="77777777" w:rsidR="0026048A" w:rsidRDefault="00000000">
      <w:pPr>
        <w:spacing w:after="0" w:line="240" w:lineRule="auto"/>
        <w:ind w:left="227"/>
      </w:pPr>
      <w:r>
        <w:rPr>
          <w:b/>
        </w:rPr>
        <w:t>Oběd:</w:t>
      </w:r>
      <w:r>
        <w:t xml:space="preserve"> Zeleninové placičky, vařený brambor, jogurtový dip (1, 3, 7)</w:t>
      </w:r>
    </w:p>
    <w:p w14:paraId="4CDF1303" w14:textId="77777777" w:rsidR="0026048A" w:rsidRDefault="00000000">
      <w:pPr>
        <w:spacing w:after="0" w:line="240" w:lineRule="auto"/>
        <w:ind w:left="227"/>
      </w:pPr>
      <w:r>
        <w:rPr>
          <w:b/>
        </w:rPr>
        <w:t>Svačina:</w:t>
      </w:r>
      <w:r>
        <w:t xml:space="preserve"> Ovocná přesnídávka, piškoty (1, 3)</w:t>
      </w:r>
    </w:p>
    <w:p w14:paraId="24E93D99" w14:textId="77777777" w:rsidR="0026048A" w:rsidRDefault="00000000">
      <w:pPr>
        <w:spacing w:before="100" w:after="20"/>
      </w:pPr>
      <w:r>
        <w:rPr>
          <w:b/>
          <w:sz w:val="23"/>
        </w:rPr>
        <w:t>STŘEDA 26. 8.</w:t>
      </w:r>
    </w:p>
    <w:p w14:paraId="22ECD274" w14:textId="77777777" w:rsidR="0026048A" w:rsidRDefault="00000000">
      <w:pPr>
        <w:spacing w:after="0" w:line="240" w:lineRule="auto"/>
        <w:ind w:left="227"/>
      </w:pPr>
      <w:r>
        <w:rPr>
          <w:b/>
        </w:rPr>
        <w:t>Přesnídávka:</w:t>
      </w:r>
      <w:r>
        <w:t xml:space="preserve"> Chléb s vajíčkovou pomazánkou, rajče, mléko (1, 3, 7, 10)</w:t>
      </w:r>
    </w:p>
    <w:p w14:paraId="725264A2" w14:textId="77777777" w:rsidR="0026048A" w:rsidRDefault="00000000">
      <w:pPr>
        <w:spacing w:after="0" w:line="240" w:lineRule="auto"/>
        <w:ind w:left="227"/>
      </w:pPr>
      <w:r>
        <w:rPr>
          <w:b/>
        </w:rPr>
        <w:t>Polévka:</w:t>
      </w:r>
      <w:r>
        <w:t xml:space="preserve"> Bramborová polévka (1, 7, 9)</w:t>
      </w:r>
    </w:p>
    <w:p w14:paraId="5DEB9967" w14:textId="77777777" w:rsidR="0026048A" w:rsidRDefault="00000000">
      <w:pPr>
        <w:spacing w:after="0" w:line="240" w:lineRule="auto"/>
        <w:ind w:left="227"/>
      </w:pPr>
      <w:r>
        <w:rPr>
          <w:b/>
        </w:rPr>
        <w:t>Oběd:</w:t>
      </w:r>
      <w:r>
        <w:t xml:space="preserve"> Kuřecí směs se zeleninou, dušená rýže (1)</w:t>
      </w:r>
    </w:p>
    <w:p w14:paraId="3268FCAE" w14:textId="77777777" w:rsidR="0026048A" w:rsidRDefault="00000000">
      <w:pPr>
        <w:spacing w:after="0" w:line="240" w:lineRule="auto"/>
        <w:ind w:left="227"/>
      </w:pPr>
      <w:r>
        <w:rPr>
          <w:b/>
        </w:rPr>
        <w:t>Svačina:</w:t>
      </w:r>
      <w:r>
        <w:t xml:space="preserve"> Tvarohový krém s banánem (7)</w:t>
      </w:r>
    </w:p>
    <w:p w14:paraId="00B26725" w14:textId="77777777" w:rsidR="0026048A" w:rsidRDefault="00000000">
      <w:pPr>
        <w:spacing w:before="100" w:after="20"/>
      </w:pPr>
      <w:r>
        <w:rPr>
          <w:b/>
          <w:sz w:val="23"/>
        </w:rPr>
        <w:t>ČTVRTEK 27. 8.</w:t>
      </w:r>
    </w:p>
    <w:p w14:paraId="572BB84D" w14:textId="77777777" w:rsidR="0026048A" w:rsidRDefault="00000000">
      <w:pPr>
        <w:spacing w:after="0" w:line="240" w:lineRule="auto"/>
        <w:ind w:left="227"/>
      </w:pPr>
      <w:r>
        <w:rPr>
          <w:b/>
        </w:rPr>
        <w:t>Přesnídávka:</w:t>
      </w:r>
      <w:r>
        <w:t xml:space="preserve"> Rohlík s máslem a šunkou, paprika, čaj (1, 7)</w:t>
      </w:r>
    </w:p>
    <w:p w14:paraId="434A5537" w14:textId="77777777" w:rsidR="0026048A" w:rsidRDefault="00000000">
      <w:pPr>
        <w:spacing w:after="0" w:line="240" w:lineRule="auto"/>
        <w:ind w:left="227"/>
      </w:pPr>
      <w:r>
        <w:rPr>
          <w:b/>
        </w:rPr>
        <w:t>Polévka:</w:t>
      </w:r>
      <w:r>
        <w:t xml:space="preserve"> Rajčatová polévka s rýží (1, 9)</w:t>
      </w:r>
    </w:p>
    <w:p w14:paraId="15B3EBDC" w14:textId="77777777" w:rsidR="0026048A" w:rsidRDefault="00000000">
      <w:pPr>
        <w:spacing w:after="0" w:line="240" w:lineRule="auto"/>
        <w:ind w:left="227"/>
      </w:pPr>
      <w:r>
        <w:rPr>
          <w:b/>
        </w:rPr>
        <w:t>Oběd:</w:t>
      </w:r>
      <w:r>
        <w:t xml:space="preserve"> Čočka na kyselo, vařené vejce, chléb, kyselá okurka (1, 3, 7)</w:t>
      </w:r>
    </w:p>
    <w:p w14:paraId="326C1856" w14:textId="426306AA" w:rsidR="0026048A" w:rsidRDefault="00000000">
      <w:pPr>
        <w:spacing w:after="0" w:line="240" w:lineRule="auto"/>
        <w:ind w:left="227"/>
      </w:pPr>
      <w:proofErr w:type="spellStart"/>
      <w:r>
        <w:rPr>
          <w:b/>
        </w:rPr>
        <w:t>Svačina</w:t>
      </w:r>
      <w:proofErr w:type="spellEnd"/>
      <w:r>
        <w:rPr>
          <w:b/>
        </w:rPr>
        <w:t>:</w:t>
      </w:r>
      <w:r>
        <w:t xml:space="preserve"> </w:t>
      </w:r>
      <w:proofErr w:type="spellStart"/>
      <w:r w:rsidR="009B7462">
        <w:t>vitarohlík</w:t>
      </w:r>
      <w:proofErr w:type="spellEnd"/>
      <w:r w:rsidR="009B7462">
        <w:t xml:space="preserve"> s </w:t>
      </w:r>
      <w:proofErr w:type="spellStart"/>
      <w:r w:rsidR="009B7462">
        <w:t>máslem</w:t>
      </w:r>
      <w:proofErr w:type="spellEnd"/>
      <w:r w:rsidR="009B7462">
        <w:t xml:space="preserve"> </w:t>
      </w:r>
      <w:proofErr w:type="gramStart"/>
      <w:r w:rsidR="009B7462">
        <w:t>a</w:t>
      </w:r>
      <w:proofErr w:type="gramEnd"/>
      <w:r w:rsidR="009B7462">
        <w:t xml:space="preserve"> </w:t>
      </w:r>
      <w:proofErr w:type="spellStart"/>
      <w:r w:rsidR="009B7462">
        <w:t>eidamem</w:t>
      </w:r>
      <w:proofErr w:type="spellEnd"/>
      <w:r>
        <w:t xml:space="preserve">, </w:t>
      </w:r>
      <w:proofErr w:type="spellStart"/>
      <w:r>
        <w:t>jablko</w:t>
      </w:r>
      <w:proofErr w:type="spellEnd"/>
      <w:r>
        <w:t xml:space="preserve"> (7)</w:t>
      </w:r>
    </w:p>
    <w:p w14:paraId="77EE64AB" w14:textId="77777777" w:rsidR="0026048A" w:rsidRDefault="00000000">
      <w:pPr>
        <w:spacing w:before="100" w:after="20"/>
      </w:pPr>
      <w:r>
        <w:rPr>
          <w:b/>
          <w:sz w:val="23"/>
        </w:rPr>
        <w:t>PÁTEK 28. 8.</w:t>
      </w:r>
    </w:p>
    <w:p w14:paraId="0F98F4A0" w14:textId="77777777" w:rsidR="0026048A" w:rsidRDefault="00000000">
      <w:pPr>
        <w:spacing w:after="0" w:line="240" w:lineRule="auto"/>
        <w:ind w:left="227"/>
      </w:pPr>
      <w:r>
        <w:rPr>
          <w:b/>
        </w:rPr>
        <w:t>Přesnídávka:</w:t>
      </w:r>
      <w:r>
        <w:t xml:space="preserve"> Chléb s bylinkovou tvarohovou pomazánkou, okurka, mléko (1, 7)</w:t>
      </w:r>
    </w:p>
    <w:p w14:paraId="79ED6561" w14:textId="77777777" w:rsidR="0026048A" w:rsidRDefault="00000000">
      <w:pPr>
        <w:spacing w:after="0" w:line="240" w:lineRule="auto"/>
        <w:ind w:left="227"/>
      </w:pPr>
      <w:r>
        <w:rPr>
          <w:b/>
        </w:rPr>
        <w:t>Polévka:</w:t>
      </w:r>
      <w:r>
        <w:t xml:space="preserve"> Zeleninový krém s krutony (1, 7, 9)</w:t>
      </w:r>
    </w:p>
    <w:p w14:paraId="2357307A" w14:textId="77777777" w:rsidR="0026048A" w:rsidRDefault="00000000">
      <w:pPr>
        <w:spacing w:after="0" w:line="240" w:lineRule="auto"/>
        <w:ind w:left="227"/>
      </w:pPr>
      <w:r>
        <w:rPr>
          <w:b/>
        </w:rPr>
        <w:t>Oběd:</w:t>
      </w:r>
      <w:r>
        <w:t xml:space="preserve"> Vepřový plátek na bazalce, vařený brambor (1, 7)</w:t>
      </w:r>
    </w:p>
    <w:p w14:paraId="62EB8412" w14:textId="0651DF8E" w:rsidR="0026048A" w:rsidRDefault="00000000">
      <w:pPr>
        <w:spacing w:after="0" w:line="240" w:lineRule="auto"/>
        <w:ind w:left="227"/>
      </w:pPr>
      <w:proofErr w:type="spellStart"/>
      <w:r>
        <w:rPr>
          <w:b/>
        </w:rPr>
        <w:t>Svačina</w:t>
      </w:r>
      <w:proofErr w:type="spellEnd"/>
      <w:r>
        <w:rPr>
          <w:b/>
        </w:rPr>
        <w:t>:</w:t>
      </w:r>
      <w:r>
        <w:t xml:space="preserve"> </w:t>
      </w:r>
      <w:proofErr w:type="spellStart"/>
      <w:r w:rsidR="009B7462">
        <w:t>Mléčná</w:t>
      </w:r>
      <w:proofErr w:type="spellEnd"/>
      <w:r w:rsidR="009B7462">
        <w:t xml:space="preserve"> tyčinka</w:t>
      </w:r>
      <w:r>
        <w:t xml:space="preserve">, </w:t>
      </w:r>
      <w:proofErr w:type="spellStart"/>
      <w:r>
        <w:t>rohlík</w:t>
      </w:r>
      <w:proofErr w:type="spellEnd"/>
      <w:r>
        <w:t xml:space="preserve"> (1)</w:t>
      </w:r>
    </w:p>
    <w:p w14:paraId="003698E2" w14:textId="77777777" w:rsidR="0026048A" w:rsidRDefault="00000000">
      <w:pPr>
        <w:spacing w:before="140" w:after="40"/>
      </w:pPr>
      <w:r>
        <w:rPr>
          <w:b/>
        </w:rPr>
        <w:t xml:space="preserve">Ovoce a zelenina: </w:t>
      </w:r>
      <w:r>
        <w:t>každý den dle aktuální nabídky.</w:t>
      </w:r>
    </w:p>
    <w:p w14:paraId="4993D09F" w14:textId="77777777" w:rsidR="0026048A" w:rsidRDefault="00000000">
      <w:pPr>
        <w:spacing w:after="40"/>
      </w:pPr>
      <w:r>
        <w:rPr>
          <w:b/>
        </w:rPr>
        <w:t xml:space="preserve">Pitný režim: </w:t>
      </w:r>
      <w:r>
        <w:t>voda, neslazený čaj, případně mléčný nápoj dle jídelníčku.</w:t>
      </w:r>
    </w:p>
    <w:p w14:paraId="46B73848" w14:textId="77777777" w:rsidR="0026048A" w:rsidRDefault="00000000">
      <w:pPr>
        <w:spacing w:before="100" w:after="20"/>
      </w:pPr>
      <w:r>
        <w:rPr>
          <w:b/>
        </w:rPr>
        <w:t>Alergeny:</w:t>
      </w:r>
    </w:p>
    <w:p w14:paraId="7DF7062F" w14:textId="77777777" w:rsidR="0026048A" w:rsidRDefault="00000000">
      <w:pPr>
        <w:spacing w:after="0" w:line="240" w:lineRule="auto"/>
      </w:pPr>
      <w:r>
        <w:t>1 – obiloviny obsahující lepek   •   3 – vejce   •   7 – mléko   •   9 – celer   •   10 – hořčice</w:t>
      </w:r>
    </w:p>
    <w:sectPr w:rsidR="0026048A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6669369">
    <w:abstractNumId w:val="8"/>
  </w:num>
  <w:num w:numId="2" w16cid:durableId="1254778331">
    <w:abstractNumId w:val="6"/>
  </w:num>
  <w:num w:numId="3" w16cid:durableId="1079524440">
    <w:abstractNumId w:val="5"/>
  </w:num>
  <w:num w:numId="4" w16cid:durableId="1418672357">
    <w:abstractNumId w:val="4"/>
  </w:num>
  <w:num w:numId="5" w16cid:durableId="1539664646">
    <w:abstractNumId w:val="7"/>
  </w:num>
  <w:num w:numId="6" w16cid:durableId="2019576558">
    <w:abstractNumId w:val="3"/>
  </w:num>
  <w:num w:numId="7" w16cid:durableId="2002155851">
    <w:abstractNumId w:val="2"/>
  </w:num>
  <w:num w:numId="8" w16cid:durableId="982925238">
    <w:abstractNumId w:val="1"/>
  </w:num>
  <w:num w:numId="9" w16cid:durableId="119126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3C1"/>
    <w:rsid w:val="00034616"/>
    <w:rsid w:val="0006063C"/>
    <w:rsid w:val="0015074B"/>
    <w:rsid w:val="0026048A"/>
    <w:rsid w:val="0029639D"/>
    <w:rsid w:val="00326F90"/>
    <w:rsid w:val="009B746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BAE0D9"/>
  <w14:defaultImageDpi w14:val="300"/>
  <w15:docId w15:val="{4A83A7BC-D7BC-4FF0-94F5-48DF0824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Reditelka</cp:lastModifiedBy>
  <cp:revision>2</cp:revision>
  <dcterms:created xsi:type="dcterms:W3CDTF">2026-08-22T08:14:00Z</dcterms:created>
  <dcterms:modified xsi:type="dcterms:W3CDTF">2026-08-22T08:14:00Z</dcterms:modified>
  <cp:category/>
</cp:coreProperties>
</file>